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047857"/>
            <w:tcMar>
              <w:top w:w="180" w:type="dxa"/>
              <w:bottom w:w="18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36"/>
              </w:rPr>
              <w:t>MINISTRY OF EDUCATION — MIDTERM EXAM (MODEL 2)</w:t>
            </w:r>
          </w:p>
          <w:p>
            <w:pPr>
              <w:jc w:val="center"/>
            </w:pPr>
            <w:r>
              <w:rPr>
                <w:rFonts w:ascii="Segoe UI" w:hAnsi="Segoe UI"/>
                <w:b/>
                <w:color w:val="D1FAE5"/>
                <w:sz w:val="24"/>
              </w:rPr>
              <w:t>ENGLISH LANGUAGE — FOURTH GRADE | FIRST SEMESTER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👤 Name: _____________________</w:t>
            </w:r>
          </w:p>
        </w:tc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🏫 Class: Grade 4 (    )</w:t>
            </w:r>
          </w:p>
        </w:tc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📅 Date: ___/___/2026</w:t>
            </w:r>
          </w:p>
        </w:tc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⭐ Mark: ______ / 40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05966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Q1: Reading Comprehension — Schools in the UK (10 Marks)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ECFDF5"/>
            <w:tcMar>
              <w:top w:w="120" w:type="dxa"/>
              <w:bottom w:w="120" w:type="dxa"/>
              <w:left w:w="150" w:type="dxa"/>
              <w:right w:w="150" w:type="dxa"/>
            </w:tcMar>
            <w:tcBorders>
              <w:top w:val="single" w:sz="8" w:space="0" w:color="6EE7B7"/>
              <w:left w:val="single" w:sz="24" w:space="0" w:color="6EE7B7"/>
              <w:bottom w:val="single" w:sz="8" w:space="0" w:color="6EE7B7"/>
              <w:right w:val="single" w:sz="8" w:space="0" w:color="6EE7B7"/>
            </w:tcBorders>
          </w:tcPr>
          <w:p>
            <w:r>
              <w:rPr>
                <w:rFonts w:ascii="Segoe UI" w:hAnsi="Segoe UI"/>
                <w:b/>
                <w:color w:val="064E3B"/>
                <w:sz w:val="22"/>
              </w:rPr>
              <w:t>🏫 Reading Passage: Schools in the UK</w:t>
            </w:r>
          </w:p>
          <w:p>
            <w:r>
              <w:rPr>
                <w:rFonts w:ascii="Segoe UI" w:hAnsi="Segoe UI"/>
                <w:color w:val="0F172A"/>
                <w:sz w:val="21"/>
              </w:rPr>
              <w:t>This is a primary school in the UK. The building is old and beautiful. The school day in the UK usually starts at 9 o'clock and finishes at about 3 o'clock. Most British children wear school uniforms. At this school, the uniform is a red jumper, a white shirt, and a grey skirt or trousers.</w:t>
            </w:r>
          </w:p>
        </w:tc>
      </w:tr>
    </w:tbl>
    <w:p>
      <w:pPr>
        <w:spacing w:before="120"/>
      </w:pPr>
      <w:r>
        <w:rPr>
          <w:b/>
        </w:rPr>
        <w:t>A) Read and answer the questions:</w:t>
      </w:r>
    </w:p>
    <w:p>
      <w:pPr>
        <w:spacing w:after="40"/>
        <w:ind w:left="288"/>
      </w:pPr>
      <w:r>
        <w:t>1. What is the title of the passage?  __________________________________________________</w:t>
      </w:r>
    </w:p>
    <w:p>
      <w:pPr>
        <w:spacing w:after="40"/>
        <w:ind w:left="288"/>
      </w:pPr>
      <w:r>
        <w:t>2. Is the school building old or modern?  ______________________________________________</w:t>
      </w:r>
    </w:p>
    <w:p>
      <w:pPr>
        <w:spacing w:after="40"/>
        <w:ind w:left="288"/>
      </w:pPr>
      <w:r>
        <w:t>3. What time does the school day start and finish?  ____________________________________</w:t>
      </w:r>
    </w:p>
    <w:p>
      <w:pPr>
        <w:spacing w:after="40"/>
        <w:ind w:left="288"/>
      </w:pPr>
      <w:r>
        <w:t>4. What is the school uniform at this school?  ________________________________________</w:t>
      </w:r>
    </w:p>
    <w:p>
      <w:r>
        <w:rPr>
          <w:b/>
        </w:rPr>
        <w:t>B) Find out from the text: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040"/>
            <w:shd w:fill="F0FDF4"/>
          </w:tcPr>
          <w:p>
            <w:r>
              <w:t>1. A Noun: __________________</w:t>
            </w:r>
          </w:p>
        </w:tc>
        <w:tc>
          <w:tcPr>
            <w:tcW w:type="dxa" w:w="5040"/>
            <w:shd w:fill="F0FDF4"/>
          </w:tcPr>
          <w:p>
            <w:r>
              <w:t>2. A Verb: __________________</w:t>
            </w:r>
          </w:p>
        </w:tc>
      </w:tr>
      <w:tr>
        <w:tc>
          <w:tcPr>
            <w:tcW w:type="dxa" w:w="5040"/>
            <w:shd w:fill="F0FDF4"/>
          </w:tcPr>
          <w:p>
            <w:r>
              <w:t>3. An Adverb of Frequency: ____</w:t>
            </w:r>
          </w:p>
        </w:tc>
        <w:tc>
          <w:tcPr>
            <w:tcW w:type="dxa" w:w="5040"/>
            <w:shd w:fill="F0FDF4"/>
          </w:tcPr>
          <w:p>
            <w:r>
              <w:t>4. An Adjective: ____________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05966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Q2: School Subjects &amp; Schedule Vocabulary (10 Marks)</w:t>
            </w:r>
          </w:p>
        </w:tc>
      </w:tr>
    </w:tbl>
    <w:p>
      <w:pPr>
        <w:spacing w:before="80"/>
      </w:pPr>
      <w:r>
        <w:rPr>
          <w:b/>
        </w:rPr>
        <w:t>A) Complete the sentences with the correct subject from the box: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080"/>
            <w:shd w:fill="FEF3C7"/>
          </w:tcPr>
          <w:p>
            <w:pPr>
              <w:jc w:val="center"/>
            </w:pPr>
            <w:r>
              <w:rPr>
                <w:b/>
                <w:color w:val="B45309"/>
              </w:rPr>
              <w:t xml:space="preserve">  Maths   |   Social Studies   |   Science   |   Art  </w:t>
            </w:r>
          </w:p>
        </w:tc>
      </w:tr>
    </w:tbl>
    <w:p>
      <w:pPr>
        <w:spacing w:after="40"/>
        <w:ind w:left="288"/>
      </w:pPr>
      <w:r>
        <w:t>1. I learn about numbers and shapes in ______________________.</w:t>
      </w:r>
    </w:p>
    <w:p>
      <w:pPr>
        <w:spacing w:after="40"/>
        <w:ind w:left="288"/>
      </w:pPr>
      <w:r>
        <w:t>2. I learn about my town and country in ______________________.</w:t>
      </w:r>
    </w:p>
    <w:p>
      <w:pPr>
        <w:spacing w:after="40"/>
        <w:ind w:left="288"/>
      </w:pPr>
      <w:r>
        <w:t>3. I learn about plants and animals in ______________________.</w:t>
      </w:r>
    </w:p>
    <w:p>
      <w:pPr>
        <w:spacing w:after="40"/>
        <w:ind w:left="288"/>
      </w:pPr>
      <w:r>
        <w:t>4. I can paint and draw beautiful pictures in ______________________.</w:t>
      </w:r>
    </w:p>
    <w:p>
      <w:pPr>
        <w:spacing w:before="80"/>
      </w:pPr>
      <w:r>
        <w:rPr>
          <w:b/>
        </w:rPr>
        <w:t>B) Complete with frequency adverbs according to schedule: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8FAFC"/>
            <w:tcMar>
              <w:top w:w="120" w:type="dxa"/>
              <w:bottom w:w="120" w:type="dxa"/>
              <w:left w:w="150" w:type="dxa"/>
              <w:right w:w="150" w:type="dxa"/>
            </w:tcMar>
            <w:tcBorders>
              <w:top w:val="single" w:sz="8" w:space="0" w:color="CBD5E1"/>
              <w:left w:val="single" w:sz="24" w:space="0" w:color="CBD5E1"/>
              <w:bottom w:val="single" w:sz="8" w:space="0" w:color="CBD5E1"/>
              <w:right w:val="single" w:sz="8" w:space="0" w:color="CBD5E1"/>
            </w:tcBorders>
          </w:tcPr>
          <w:p>
            <w:r>
              <w:rPr>
                <w:rFonts w:ascii="Segoe UI" w:hAnsi="Segoe UI"/>
                <w:b/>
                <w:color w:val="064E3B"/>
                <w:sz w:val="22"/>
              </w:rPr>
              <w:t>📌 Schedule Key:</w:t>
            </w:r>
          </w:p>
          <w:p>
            <w:r>
              <w:rPr>
                <w:rFonts w:ascii="Segoe UI" w:hAnsi="Segoe UI"/>
                <w:color w:val="0F172A"/>
                <w:sz w:val="21"/>
              </w:rPr>
              <w:t>• [1 day/week = once a week]    • [2 days/week = twice a week]    • [7 days/week = every day]</w:t>
            </w:r>
          </w:p>
        </w:tc>
      </w:tr>
    </w:tbl>
    <w:p>
      <w:pPr>
        <w:spacing w:after="40"/>
        <w:ind w:left="288"/>
      </w:pPr>
      <w:r>
        <w:t>1. We have Maths on Monday. -&gt; We have Maths ________________________.</w:t>
      </w:r>
    </w:p>
    <w:p>
      <w:pPr>
        <w:spacing w:after="40"/>
        <w:ind w:left="288"/>
      </w:pPr>
      <w:r>
        <w:t>2. We have Digital Skills on Wednesday and Saturday. -&gt; We have Digital Skills ________________________.</w:t>
      </w:r>
    </w:p>
    <w:p>
      <w:pPr>
        <w:spacing w:after="40"/>
        <w:ind w:left="288"/>
      </w:pPr>
      <w:r>
        <w:t>3. We have Science from Sunday to Saturday. -&gt; We have Science ________________________.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05966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Q3: Grammar &amp; Daily Habits (10 Marks)</w:t>
            </w:r>
          </w:p>
        </w:tc>
      </w:tr>
    </w:tbl>
    <w:p>
      <w:r>
        <w:rPr>
          <w:b/>
        </w:rPr>
        <w:t>Choose the correct verb form: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1. I always ______ to school on foot.</w:t>
              <w:br/>
            </w:r>
            <w:r>
              <w:t xml:space="preserve">    a) go          b) goes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4. Laila ______ Science on Monday.</w:t>
              <w:br/>
            </w:r>
            <w:r>
              <w:t xml:space="preserve">    a) has          b) have</w:t>
            </w:r>
          </w:p>
        </w:tc>
      </w:tr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2. She sometimes ______ tennis on Friday.</w:t>
              <w:br/>
            </w:r>
            <w:r>
              <w:t xml:space="preserve">    a) play          b) plays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5. We ______ Arabic on Tuesday.</w:t>
              <w:br/>
            </w:r>
            <w:r>
              <w:t xml:space="preserve">    a) has          b) have</w:t>
            </w:r>
          </w:p>
        </w:tc>
      </w:tr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3. We never ______ coffee in the morning.</w:t>
              <w:br/>
            </w:r>
            <w:r>
              <w:t xml:space="preserve">    a) drink          b) drinks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6. I ______ Art every day.</w:t>
              <w:br/>
            </w:r>
            <w:r>
              <w:t xml:space="preserve">    a) don't have          b) doesn't have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05966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Q4: Dialogue &amp; Communication Skills (10 Marks)</w:t>
            </w:r>
          </w:p>
        </w:tc>
      </w:tr>
    </w:tbl>
    <w:p>
      <w:r>
        <w:rPr>
          <w:b/>
        </w:rPr>
        <w:t>A) Complete the dialogue using words from the box: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080"/>
            <w:shd w:fill="F1F5F9"/>
          </w:tcPr>
          <w:p>
            <w:pPr>
              <w:jc w:val="center"/>
            </w:pPr>
            <w:r>
              <w:rPr>
                <w:b/>
                <w:color w:val="0F172A"/>
              </w:rPr>
              <w:t xml:space="preserve">  about   |   can't   |   football   |   free 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10B981"/>
          <w:bottom w:val="single" w:sz="4" w:space="0" w:color="10B981"/>
          <w:insideH w:val="single" w:sz="4" w:space="0" w:color="10B981"/>
          <w:insideV w:val="none"/>
          <w:left w:val="none"/>
          <w:right w:val="none"/>
        </w:tblBorders>
      </w:tblPr>
      <w:tblGrid>
        <w:gridCol w:w="10512"/>
      </w:tblGrid>
      <w:tr>
        <w:tc>
          <w:tcPr>
            <w:tcW w:type="dxa" w:w="10080"/>
            <w:shd w:fill="F0FDF4"/>
          </w:tcPr>
          <w:p>
            <w:r>
              <w:rPr>
                <w:sz w:val="21"/>
              </w:rPr>
              <w:t>👦 A: Do you want to play ____________________ tomorrow morning?</w:t>
            </w:r>
          </w:p>
        </w:tc>
      </w:tr>
      <w:tr>
        <w:tc>
          <w:tcPr>
            <w:tcW w:type="dxa" w:w="10080"/>
            <w:shd w:fill="FFFFFF"/>
          </w:tcPr>
          <w:p>
            <w:r>
              <w:rPr>
                <w:sz w:val="21"/>
              </w:rPr>
              <w:t>👦 B: Sorry, I ____________________.</w:t>
            </w:r>
          </w:p>
        </w:tc>
      </w:tr>
      <w:tr>
        <w:tc>
          <w:tcPr>
            <w:tcW w:type="dxa" w:w="10080"/>
            <w:shd w:fill="F0FDF4"/>
          </w:tcPr>
          <w:p>
            <w:r>
              <w:rPr>
                <w:sz w:val="21"/>
              </w:rPr>
              <w:t>👦 A: What ____________________ Saturday morning?</w:t>
            </w:r>
          </w:p>
        </w:tc>
      </w:tr>
      <w:tr>
        <w:tc>
          <w:tcPr>
            <w:tcW w:type="dxa" w:w="10080"/>
            <w:shd w:fill="FFFFFF"/>
          </w:tcPr>
          <w:p>
            <w:r>
              <w:rPr>
                <w:sz w:val="21"/>
              </w:rPr>
              <w:t>👦 B: Yes, I'm ____________________ on Saturday morning!</w:t>
            </w:r>
          </w:p>
        </w:tc>
      </w:tr>
    </w:tbl>
    <w:p>
      <w:pPr>
        <w:spacing w:before="120"/>
      </w:pPr>
      <w:r>
        <w:rPr>
          <w:b/>
        </w:rPr>
        <w:t>B) Rewrite the sentence using Capital Letters: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EF2F2"/>
            <w:tcMar>
              <w:top w:w="120" w:type="dxa"/>
              <w:bottom w:w="120" w:type="dxa"/>
              <w:left w:w="150" w:type="dxa"/>
              <w:right w:w="150" w:type="dxa"/>
            </w:tcMar>
            <w:tcBorders>
              <w:top w:val="single" w:sz="8" w:space="0" w:color="FCA5A5"/>
              <w:left w:val="single" w:sz="24" w:space="0" w:color="FCA5A5"/>
              <w:bottom w:val="single" w:sz="8" w:space="0" w:color="FCA5A5"/>
              <w:right w:val="single" w:sz="8" w:space="0" w:color="FCA5A5"/>
            </w:tcBorders>
          </w:tcPr>
          <w:p>
            <w:r>
              <w:rPr>
                <w:rFonts w:ascii="Segoe UI" w:hAnsi="Segoe UI"/>
                <w:b/>
                <w:color w:val="064E3B"/>
                <w:sz w:val="22"/>
              </w:rPr>
              <w:t>✏️ Sentence to Rewrite:</w:t>
            </w:r>
          </w:p>
          <w:p>
            <w:r>
              <w:rPr>
                <w:rFonts w:ascii="Segoe UI" w:hAnsi="Segoe UI"/>
                <w:color w:val="0F172A"/>
                <w:sz w:val="21"/>
              </w:rPr>
              <w:t>a- hamed has english on thursday.</w:t>
            </w:r>
          </w:p>
        </w:tc>
      </w:tr>
    </w:tbl>
    <w:p>
      <w:pPr>
        <w:spacing w:before="80"/>
      </w:pPr>
      <w:r>
        <w:t>Answer: __________________________________________________________________________________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