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1E3A8A"/>
            <w:tcMar>
              <w:top w:w="180" w:type="dxa"/>
              <w:bottom w:w="180" w:type="dxa"/>
              <w:left w:w="200" w:type="dxa"/>
              <w:right w:w="20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36"/>
              </w:rPr>
              <w:t>MINISTRY OF EDUCATION — MIDTERM EXAM (MODEL 1)</w:t>
            </w:r>
          </w:p>
          <w:p>
            <w:pPr>
              <w:jc w:val="center"/>
            </w:pPr>
            <w:r>
              <w:rPr>
                <w:rFonts w:ascii="Segoe UI" w:hAnsi="Segoe UI"/>
                <w:b/>
                <w:color w:val="DBEAFE"/>
                <w:sz w:val="24"/>
              </w:rPr>
              <w:t>ENGLISH LANGUAGE — FOURTH GRADE | FIRST SEMESTER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fill="F1F5F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rPr>
                <w:rFonts w:ascii="Segoe UI" w:hAnsi="Segoe UI"/>
                <w:b/>
                <w:color w:val="1E293B"/>
                <w:sz w:val="20"/>
              </w:rPr>
              <w:t>👤 Name: _____________________</w:t>
            </w:r>
          </w:p>
        </w:tc>
        <w:tc>
          <w:tcPr>
            <w:tcW w:type="dxa" w:w="2628"/>
            <w:shd w:fill="F1F5F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rPr>
                <w:rFonts w:ascii="Segoe UI" w:hAnsi="Segoe UI"/>
                <w:b/>
                <w:color w:val="1E293B"/>
                <w:sz w:val="20"/>
              </w:rPr>
              <w:t>🏫 Class: Grade 4 (    )</w:t>
            </w:r>
          </w:p>
        </w:tc>
        <w:tc>
          <w:tcPr>
            <w:tcW w:type="dxa" w:w="2628"/>
            <w:shd w:fill="F1F5F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rPr>
                <w:rFonts w:ascii="Segoe UI" w:hAnsi="Segoe UI"/>
                <w:b/>
                <w:color w:val="1E293B"/>
                <w:sz w:val="20"/>
              </w:rPr>
              <w:t>📅 Date: ___/___/2026</w:t>
            </w:r>
          </w:p>
        </w:tc>
        <w:tc>
          <w:tcPr>
            <w:tcW w:type="dxa" w:w="2628"/>
            <w:shd w:fill="F1F5F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r>
              <w:rPr>
                <w:rFonts w:ascii="Segoe UI" w:hAnsi="Segoe UI"/>
                <w:b/>
                <w:color w:val="1E293B"/>
                <w:sz w:val="20"/>
              </w:rPr>
              <w:t>⭐ Mark: ______ / 40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1D4ED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Segoe UI" w:hAnsi="Segoe UI"/>
                <w:b/>
                <w:color w:val="FFFFFF"/>
                <w:sz w:val="24"/>
              </w:rPr>
              <w:t>Q1: Reading Comprehension — Read the texts carefully and answer the questions (10 Marks)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040"/>
            <w:shd w:fill="FEF3C7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B45309"/>
                <w:sz w:val="22"/>
              </w:rPr>
              <w:t>🍲 Mansaf from Jordan</w:t>
              <w:br/>
            </w:r>
            <w:r>
              <w:rPr>
                <w:sz w:val="20"/>
              </w:rPr>
              <w:t>This is mansaf. It's from Jordan. It's meat with yoghurt and rice. It's delicious! You use a spoon for the yoghurt and eat the mansaf with your hands!</w:t>
            </w:r>
          </w:p>
        </w:tc>
        <w:tc>
          <w:tcPr>
            <w:tcW w:type="dxa" w:w="5040"/>
            <w:shd w:fill="ECFDF5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47857"/>
                <w:sz w:val="22"/>
              </w:rPr>
              <w:t>🍣 Sushi from Japan</w:t>
              <w:br/>
            </w:r>
            <w:r>
              <w:rPr>
                <w:sz w:val="20"/>
              </w:rPr>
              <w:t>This is sushi. It's a very popular meal in Japan. Sushi is rice with fish or vegetables. But the fish isn't cooked — it's raw! Japanese people eat sushi with chopsticks. Can you eat with chopsticks?</w:t>
            </w:r>
          </w:p>
        </w:tc>
      </w:tr>
    </w:tbl>
    <w:p>
      <w:pPr>
        <w:spacing w:before="120"/>
      </w:pPr>
      <w:r>
        <w:rPr>
          <w:b/>
          <w:sz w:val="21"/>
        </w:rPr>
        <w:t>A) Answer the following questions:</w:t>
      </w:r>
    </w:p>
    <w:p>
      <w:pPr>
        <w:spacing w:after="40"/>
        <w:ind w:left="288"/>
      </w:pPr>
      <w:r>
        <w:t>1. Where is mansaf from?  __________________________________________________</w:t>
      </w:r>
    </w:p>
    <w:p>
      <w:pPr>
        <w:spacing w:after="40"/>
        <w:ind w:left="288"/>
      </w:pPr>
      <w:r>
        <w:t>2. What is sushi rice made with?  ___________________________________________</w:t>
      </w:r>
    </w:p>
    <w:p>
      <w:pPr>
        <w:spacing w:after="40"/>
        <w:ind w:left="288"/>
      </w:pPr>
      <w:r>
        <w:t>3. How do Japanese people eat sushi?  ______________________________________</w:t>
      </w:r>
    </w:p>
    <w:p>
      <w:r>
        <w:rPr>
          <w:b/>
          <w:sz w:val="21"/>
        </w:rPr>
        <w:t>B) Write ( True ) or ( False ):</w:t>
      </w:r>
    </w:p>
    <w:p>
      <w:pPr>
        <w:spacing w:after="40"/>
        <w:ind w:left="288"/>
      </w:pPr>
      <w:r>
        <w:t>1. Mansaf is a popular meal from Jordan.  (      )</w:t>
      </w:r>
    </w:p>
    <w:p>
      <w:pPr>
        <w:spacing w:after="40"/>
        <w:ind w:left="288"/>
      </w:pPr>
      <w:r>
        <w:t>2. You use a fork for the yoghurt in mansaf.  (      )</w:t>
      </w:r>
    </w:p>
    <w:p>
      <w:pPr>
        <w:spacing w:after="40"/>
        <w:ind w:left="288"/>
      </w:pPr>
      <w:r>
        <w:t>3. The fish in sushi is cooked.  (      )</w:t>
      </w:r>
    </w:p>
    <w:p>
      <w:pPr>
        <w:spacing w:after="40"/>
        <w:ind w:left="288"/>
      </w:pPr>
      <w:r>
        <w:t>4. Japanese people eat sushi with chopsticks.  (      )</w:t>
      </w:r>
    </w:p>
    <w:p>
      <w:r>
        <w:rPr>
          <w:b/>
          <w:sz w:val="21"/>
        </w:rPr>
        <w:t>C) Find from the texts: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040"/>
            <w:shd w:fill="F8FAFC"/>
          </w:tcPr>
          <w:p>
            <w:r>
              <w:t>1. A Noun: __________________</w:t>
            </w:r>
          </w:p>
        </w:tc>
        <w:tc>
          <w:tcPr>
            <w:tcW w:type="dxa" w:w="5040"/>
            <w:shd w:fill="F8FAFC"/>
          </w:tcPr>
          <w:p>
            <w:r>
              <w:t>2. A Verb: __________________</w:t>
            </w:r>
          </w:p>
        </w:tc>
      </w:tr>
      <w:tr>
        <w:tc>
          <w:tcPr>
            <w:tcW w:type="dxa" w:w="5040"/>
            <w:shd w:fill="F8FAFC"/>
          </w:tcPr>
          <w:p>
            <w:r>
              <w:t>3. An Adjective: _____________</w:t>
            </w:r>
          </w:p>
        </w:tc>
        <w:tc>
          <w:tcPr>
            <w:tcW w:type="dxa" w:w="5040"/>
            <w:shd w:fill="F8FAFC"/>
          </w:tcPr>
          <w:p>
            <w:r>
              <w:t>4. A Preposition: ____________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2563E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Segoe UI" w:hAnsi="Segoe UI"/>
                <w:b/>
                <w:color w:val="FFFFFF"/>
                <w:sz w:val="24"/>
              </w:rPr>
              <w:t>Q2: Vocabulary &amp; Word Bank (8 Marks)</w:t>
            </w:r>
          </w:p>
        </w:tc>
      </w:tr>
    </w:tbl>
    <w:p>
      <w:pPr>
        <w:spacing w:before="80"/>
      </w:pPr>
      <w:r>
        <w:rPr>
          <w:b/>
        </w:rPr>
        <w:t>A) Choose the correct word from the box to complete each definition: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080"/>
            <w:shd w:fill="E0F2FE"/>
          </w:tcPr>
          <w:p>
            <w:pPr>
              <w:jc w:val="center"/>
            </w:pPr>
            <w:r>
              <w:rPr>
                <w:b/>
                <w:color w:val="0369A1"/>
              </w:rPr>
              <w:t xml:space="preserve">  sandwich   |   noodles   |   vegetables   |   cupcake   |   cereal   |   milkshake  </w:t>
            </w:r>
          </w:p>
        </w:tc>
      </w:tr>
    </w:tbl>
    <w:p>
      <w:pPr>
        <w:spacing w:after="40"/>
        <w:ind w:left="288"/>
      </w:pPr>
      <w:r>
        <w:t>1. Long thin pieces of pasta eaten with chopsticks: ______________________</w:t>
      </w:r>
    </w:p>
    <w:p>
      <w:pPr>
        <w:spacing w:after="40"/>
        <w:ind w:left="288"/>
      </w:pPr>
      <w:r>
        <w:t>2. Two slices of bread with meat or cheese inside: ______________________</w:t>
      </w:r>
    </w:p>
    <w:p>
      <w:pPr>
        <w:spacing w:after="40"/>
        <w:ind w:left="288"/>
      </w:pPr>
      <w:r>
        <w:t>3. Healthy green food like carrots, broccoli, and cucumbers: ______________________</w:t>
      </w:r>
    </w:p>
    <w:p>
      <w:pPr>
        <w:spacing w:after="40"/>
        <w:ind w:left="288"/>
      </w:pPr>
      <w:r>
        <w:t>4. A small round cake baked for one person: ______________________</w:t>
      </w:r>
    </w:p>
    <w:p>
      <w:pPr>
        <w:spacing w:after="40"/>
        <w:ind w:left="288"/>
      </w:pPr>
      <w:r>
        <w:t>5. A breakfast food usually eaten with cold milk: ______________________</w:t>
      </w:r>
    </w:p>
    <w:p>
      <w:pPr>
        <w:spacing w:after="40"/>
        <w:ind w:left="288"/>
      </w:pPr>
      <w:r>
        <w:t>6. A delicious cold drink made from milk and ice cream: ______________________</w:t>
      </w:r>
    </w:p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2563E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Segoe UI" w:hAnsi="Segoe UI"/>
                <w:b/>
                <w:color w:val="FFFFFF"/>
                <w:sz w:val="24"/>
              </w:rPr>
              <w:t>Q3: Grammar &amp; Structure — Circle the correct answer (12 Marks)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1. My brother ______ a new school bag.</w:t>
              <w:br/>
            </w:r>
            <w:r>
              <w:t xml:space="preserve">    a) have    b) has    c) having</w:t>
            </w:r>
          </w:p>
        </w:tc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6. There isn't ______ coffee in the cup.</w:t>
              <w:br/>
            </w:r>
            <w:r>
              <w:t xml:space="preserve">    a) some    b) any    c) many</w:t>
            </w:r>
          </w:p>
        </w:tc>
      </w:tr>
      <w:tr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2. There ______ three sandwiches on the plate.</w:t>
              <w:br/>
            </w:r>
            <w:r>
              <w:t xml:space="preserve">    a) is    b) are    c) am</w:t>
            </w:r>
          </w:p>
        </w:tc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7. ______ you have a pencil in your pencil case?</w:t>
              <w:br/>
            </w:r>
            <w:r>
              <w:t xml:space="preserve">    a) Do    b) Does    c) Are</w:t>
            </w:r>
          </w:p>
        </w:tc>
      </w:tr>
      <w:tr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3. She ______ a computer in her bedroom.</w:t>
              <w:br/>
            </w:r>
            <w:r>
              <w:t xml:space="preserve">    a) don't have    b) doesn't have    c) have</w:t>
            </w:r>
          </w:p>
        </w:tc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8. There is ______ water in the glass.</w:t>
              <w:br/>
            </w:r>
            <w:r>
              <w:t xml:space="preserve">    a) a little    b) a few    c) many</w:t>
            </w:r>
          </w:p>
        </w:tc>
      </w:tr>
      <w:tr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4. There are ______ apples in the basket.</w:t>
              <w:br/>
            </w:r>
            <w:r>
              <w:t xml:space="preserve">    a) a few    b) a little    c) much</w:t>
            </w:r>
          </w:p>
        </w:tc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9. He ______ like vegetables.</w:t>
              <w:br/>
            </w:r>
            <w:r>
              <w:t xml:space="preserve">    a) don't    b) doesn't    c) isn't</w:t>
            </w:r>
          </w:p>
        </w:tc>
      </w:tr>
      <w:tr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5. I ______ English every day after school.</w:t>
              <w:br/>
            </w:r>
            <w:r>
              <w:t xml:space="preserve">    a) study    b) studies    c) studying</w:t>
            </w:r>
          </w:p>
        </w:tc>
        <w:tc>
          <w:tcPr>
            <w:tcW w:type="dxa" w:w="5184"/>
          </w:tcPr>
          <w:p>
            <w:pPr>
              <w:spacing w:after="80"/>
            </w:pPr>
            <w:r>
              <w:rPr>
                <w:b/>
              </w:rPr>
              <w:t>10. I am from Egypt. I am ______.</w:t>
              <w:br/>
            </w:r>
            <w:r>
              <w:t xml:space="preserve">    a) British    b) Egyptian    c) Spanish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2563EB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/>
            </w:pPr>
            <w:r>
              <w:rPr>
                <w:rFonts w:ascii="Segoe UI" w:hAnsi="Segoe UI"/>
                <w:b/>
                <w:color w:val="FFFFFF"/>
                <w:sz w:val="24"/>
              </w:rPr>
              <w:t>Q4: Language &amp; Writing Skills (10 Marks)</w:t>
            </w:r>
          </w:p>
        </w:tc>
      </w:tr>
    </w:tbl>
    <w:p>
      <w:r>
        <w:rPr>
          <w:b/>
        </w:rPr>
        <w:t>A) Classify the following words into Countable and Uncountable nouns:</w:t>
      </w:r>
    </w:p>
    <w:p>
      <w:r>
        <w:rPr>
          <w:i/>
          <w:color w:val="475569"/>
        </w:rPr>
        <w:t xml:space="preserve">   Words: [ coffee | oranges | rice | milk | fruit | cupcakes | tea | carrots ]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insideH w:val="single" w:sz="4" w:space="0" w:color="D3D3D3"/>
          <w:insideV w:val="none"/>
          <w:left w:val="none"/>
          <w:right w:val="none"/>
        </w:tblBorders>
      </w:tblPr>
      <w:tblGrid>
        <w:gridCol w:w="5256"/>
        <w:gridCol w:w="5256"/>
      </w:tblGrid>
      <w:tr>
        <w:tc>
          <w:tcPr>
            <w:tcW w:type="dxa" w:w="5256"/>
            <w:shd w:fill="3B82F6"/>
          </w:tcPr>
          <w:p>
            <w:r>
              <w:rPr>
                <w:b/>
                <w:color w:val="FFFFFF"/>
              </w:rPr>
              <w:t>🍎 Countable Nouns (معدود)</w:t>
            </w:r>
          </w:p>
        </w:tc>
        <w:tc>
          <w:tcPr>
            <w:tcW w:type="dxa" w:w="5256"/>
            <w:shd w:fill="10B981"/>
          </w:tcPr>
          <w:p>
            <w:r>
              <w:rPr>
                <w:b/>
                <w:color w:val="FFFFFF"/>
              </w:rPr>
              <w:t>🥛 Uncountable Nouns (غير معدود)</w:t>
            </w:r>
          </w:p>
        </w:tc>
      </w:tr>
      <w:tr>
        <w:tc>
          <w:tcPr>
            <w:tcW w:type="dxa" w:w="5256"/>
          </w:tcPr>
          <w:p>
            <w:r>
              <w:t>1. _______________________</w:t>
            </w:r>
          </w:p>
        </w:tc>
        <w:tc>
          <w:tcPr>
            <w:tcW w:type="dxa" w:w="5256"/>
          </w:tcPr>
          <w:p>
            <w:r>
              <w:t>1. _______________________</w:t>
            </w:r>
          </w:p>
        </w:tc>
      </w:tr>
      <w:tr>
        <w:tc>
          <w:tcPr>
            <w:tcW w:type="dxa" w:w="5256"/>
          </w:tcPr>
          <w:p>
            <w:r>
              <w:t>2. _______________________</w:t>
            </w:r>
          </w:p>
        </w:tc>
        <w:tc>
          <w:tcPr>
            <w:tcW w:type="dxa" w:w="5256"/>
          </w:tcPr>
          <w:p>
            <w:r>
              <w:t>2. _______________________</w:t>
            </w:r>
          </w:p>
        </w:tc>
      </w:tr>
      <w:tr>
        <w:tc>
          <w:tcPr>
            <w:tcW w:type="dxa" w:w="5256"/>
          </w:tcPr>
          <w:p>
            <w:r>
              <w:t>3. _______________________</w:t>
            </w:r>
          </w:p>
        </w:tc>
        <w:tc>
          <w:tcPr>
            <w:tcW w:type="dxa" w:w="5256"/>
          </w:tcPr>
          <w:p>
            <w:r>
              <w:t>3. _______________________</w:t>
            </w:r>
          </w:p>
        </w:tc>
      </w:tr>
      <w:tr>
        <w:tc>
          <w:tcPr>
            <w:tcW w:type="dxa" w:w="5256"/>
          </w:tcPr>
          <w:p>
            <w:r>
              <w:t>4. _______________________</w:t>
            </w:r>
          </w:p>
        </w:tc>
        <w:tc>
          <w:tcPr>
            <w:tcW w:type="dxa" w:w="5256"/>
          </w:tcPr>
          <w:p>
            <w:r>
              <w:t>4. _______________________</w:t>
            </w:r>
          </w:p>
        </w:tc>
      </w:tr>
    </w:tbl>
    <w:p>
      <w:pPr>
        <w:spacing w:before="120"/>
      </w:pPr>
      <w:r>
        <w:rPr>
          <w:b/>
        </w:rPr>
        <w:t>B) Rewrite the sentence with correct Capital Letters and Punctuation: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fill="FFFBEB"/>
            <w:tcMar>
              <w:top w:w="120" w:type="dxa"/>
              <w:bottom w:w="120" w:type="dxa"/>
              <w:left w:w="150" w:type="dxa"/>
              <w:right w:w="150" w:type="dxa"/>
            </w:tcMar>
            <w:tcBorders>
              <w:top w:val="single" w:sz="8" w:space="0" w:color="FCD34D"/>
              <w:left w:val="single" w:sz="24" w:space="0" w:color="FCD34D"/>
              <w:bottom w:val="single" w:sz="8" w:space="0" w:color="FCD34D"/>
              <w:right w:val="single" w:sz="8" w:space="0" w:color="FCD34D"/>
            </w:tcBorders>
          </w:tcPr>
          <w:p>
            <w:r>
              <w:rPr>
                <w:rFonts w:ascii="Segoe UI" w:hAnsi="Segoe UI"/>
                <w:b/>
                <w:color w:val="1E3A8A"/>
                <w:sz w:val="22"/>
              </w:rPr>
              <w:t>✏️ Sentence to Rewrite:</w:t>
            </w:r>
          </w:p>
          <w:p>
            <w:r>
              <w:rPr>
                <w:rFonts w:ascii="Segoe UI" w:hAnsi="Segoe UI"/>
                <w:color w:val="0F172A"/>
                <w:sz w:val="21"/>
              </w:rPr>
              <w:t>my brother ali studies english and science on monday.</w:t>
            </w:r>
          </w:p>
        </w:tc>
      </w:tr>
    </w:tbl>
    <w:p>
      <w:pPr>
        <w:spacing w:before="80"/>
      </w:pPr>
      <w:r>
        <w:t>Answer: __________________________________________________________________________________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