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98" w:rsidRDefault="00A46E98" w:rsidP="00202682">
      <w:pPr>
        <w:pBdr>
          <w:bottom w:val="single" w:sz="14" w:space="4" w:color="17365D"/>
        </w:pBdr>
        <w:bidi/>
        <w:spacing w:after="0" w:line="204" w:lineRule="auto"/>
        <w:jc w:val="center"/>
        <w:rPr>
          <w:rFonts w:hint="cs"/>
          <w:sz w:val="24"/>
          <w:szCs w:val="24"/>
          <w:rtl/>
        </w:rPr>
      </w:pPr>
      <w:bookmarkStart w:id="0" w:name="_Hlk237897955"/>
    </w:p>
    <w:p w:rsidR="001F21D6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rFonts w:hint="cs"/>
          <w:sz w:val="24"/>
          <w:szCs w:val="24"/>
          <w:rtl/>
        </w:rPr>
      </w:pPr>
    </w:p>
    <w:p w:rsidR="001F21D6" w:rsidRPr="001F21D6" w:rsidRDefault="001F21D6" w:rsidP="001F21D6">
      <w:pPr>
        <w:shd w:val="clear" w:color="auto" w:fill="F2F2F2"/>
        <w:bidi/>
        <w:spacing w:after="0" w:line="240" w:lineRule="auto"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1F21D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1F21D6" w:rsidRPr="001C592F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</w:rPr>
      </w:pPr>
    </w:p>
    <w:tbl>
      <w:tblPr>
        <w:bidiVisual/>
        <w:tblW w:w="4851" w:type="pct"/>
        <w:jc w:val="center"/>
        <w:tblInd w:w="278" w:type="dxa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ook w:val="04A0"/>
      </w:tblPr>
      <w:tblGrid>
        <w:gridCol w:w="808"/>
        <w:gridCol w:w="2182"/>
        <w:gridCol w:w="544"/>
        <w:gridCol w:w="191"/>
        <w:gridCol w:w="356"/>
        <w:gridCol w:w="1090"/>
        <w:gridCol w:w="1090"/>
        <w:gridCol w:w="1187"/>
        <w:gridCol w:w="281"/>
        <w:gridCol w:w="809"/>
        <w:gridCol w:w="1000"/>
        <w:gridCol w:w="1100"/>
        <w:gridCol w:w="547"/>
        <w:gridCol w:w="550"/>
        <w:gridCol w:w="1000"/>
        <w:gridCol w:w="2883"/>
      </w:tblGrid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1F21D6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 xml:space="preserve">المبحث:  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العلوم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1F21D6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الصف / الشعبة:.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الرابع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الفصل الدراسي: الأول / الثاني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العام الدراسي: 2026 / 2027</w:t>
            </w:r>
          </w:p>
        </w:tc>
      </w:tr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المعلم/ـة: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المشرف/ـة:</w:t>
            </w:r>
            <w:r w:rsidR="008F79D7">
              <w:rPr>
                <w:color w:val="1F1F1F"/>
                <w:sz w:val="17"/>
                <w:rtl/>
              </w:rPr>
              <w:t xml:space="preserve">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المدير/ـة: ................................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المرجع: المادة (4) من أسس</w:t>
            </w:r>
            <w:r w:rsidR="00202682">
              <w:rPr>
                <w:rFonts w:hint="cs"/>
                <w:color w:val="1F1F1F"/>
                <w:sz w:val="17"/>
                <w:rtl/>
              </w:rPr>
              <w:t xml:space="preserve"> النجاح والإكمال والرسوب</w:t>
            </w: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87"/>
          <w:jc w:val="center"/>
        </w:trPr>
        <w:tc>
          <w:tcPr>
            <w:tcW w:w="25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الرقم</w:t>
            </w:r>
          </w:p>
        </w:tc>
        <w:tc>
          <w:tcPr>
            <w:tcW w:w="69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اسم الطالب/ـة:</w:t>
            </w:r>
          </w:p>
        </w:tc>
        <w:tc>
          <w:tcPr>
            <w:tcW w:w="349" w:type="pct"/>
            <w:gridSpan w:val="3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التقويم الأول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(اختبار كتابي)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[30%]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255</w:t>
            </w:r>
          </w:p>
        </w:tc>
        <w:tc>
          <w:tcPr>
            <w:tcW w:w="2099" w:type="pct"/>
            <w:gridSpan w:val="7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  <w:r w:rsidRPr="001F21D6">
              <w:rPr>
                <w:b/>
                <w:color w:val="000000" w:themeColor="text1"/>
                <w:sz w:val="14"/>
                <w:rtl/>
              </w:rPr>
              <w:t>التقويم الثاني: التقويم المستمر القائم على الأداء [30%]</w:t>
            </w:r>
          </w:p>
        </w:tc>
        <w:tc>
          <w:tcPr>
            <w:tcW w:w="351" w:type="pct"/>
            <w:gridSpan w:val="2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 w:val="18"/>
                <w:szCs w:val="18"/>
                <w:rtl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التقويم النهائي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(اختبار نهاية الفصل)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[40%]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355</w:t>
            </w:r>
          </w:p>
        </w:tc>
        <w:tc>
          <w:tcPr>
            <w:tcW w:w="320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المجموع النهائي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[100%]</w:t>
            </w:r>
          </w:p>
        </w:tc>
        <w:tc>
          <w:tcPr>
            <w:tcW w:w="923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ملاحظات ونتائج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</w:r>
            <w:bookmarkStart w:id="1" w:name="_Hlk238324602"/>
            <w:r w:rsidRPr="001F21D6">
              <w:rPr>
                <w:b/>
                <w:color w:val="000000" w:themeColor="text1"/>
                <w:szCs w:val="20"/>
                <w:rtl/>
              </w:rPr>
              <w:t>التقويم الواقعي</w:t>
            </w:r>
            <w:bookmarkEnd w:id="1"/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549"/>
          <w:jc w:val="center"/>
        </w:trPr>
        <w:tc>
          <w:tcPr>
            <w:tcW w:w="259" w:type="pct"/>
            <w:vMerge/>
          </w:tcPr>
          <w:p w:rsidR="00BB595C" w:rsidRDefault="00BB595C"/>
        </w:tc>
        <w:tc>
          <w:tcPr>
            <w:tcW w:w="699" w:type="pct"/>
            <w:vMerge/>
          </w:tcPr>
          <w:p w:rsidR="00BB595C" w:rsidRDefault="00BB595C"/>
        </w:tc>
        <w:tc>
          <w:tcPr>
            <w:tcW w:w="349" w:type="pct"/>
            <w:gridSpan w:val="3"/>
            <w:vMerge/>
          </w:tcPr>
          <w:p w:rsidR="00BB595C" w:rsidRDefault="00BB595C"/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اختبارات قصيرة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تفعيل كتاب الأنشطة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8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تسليم الواجب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gridSpan w:val="2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المشاركة الفاعلة داخل الحصة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/5</w:t>
            </w:r>
          </w:p>
        </w:tc>
        <w:tc>
          <w:tcPr>
            <w:tcW w:w="32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الالتزام واحترام النظام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2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الجانب العملي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1" w:type="pct"/>
            <w:gridSpan w:val="2"/>
            <w:vMerge/>
          </w:tcPr>
          <w:p w:rsidR="00BB595C" w:rsidRDefault="00BB595C"/>
        </w:tc>
        <w:tc>
          <w:tcPr>
            <w:tcW w:w="320" w:type="pct"/>
            <w:vMerge/>
          </w:tcPr>
          <w:p w:rsidR="00BB595C" w:rsidRDefault="00BB595C"/>
        </w:tc>
        <w:tc>
          <w:tcPr>
            <w:tcW w:w="923" w:type="pct"/>
            <w:vMerge/>
          </w:tcPr>
          <w:p w:rsidR="00BB595C" w:rsidRDefault="00BB595C"/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8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9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10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bookmarkStart w:id="2" w:name="_Hlk238330292"/>
            <w:r>
              <w:rPr>
                <w:color w:val="173F6B"/>
                <w:sz w:val="16"/>
                <w:rtl/>
              </w:rPr>
              <w:t>14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bookmarkEnd w:id="2"/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</w:tbl>
    <w:p w:rsidR="007954D8" w:rsidRDefault="00F7789B" w:rsidP="00F7789B">
      <w:pPr>
        <w:bidi/>
        <w:spacing w:after="0" w:line="204" w:lineRule="auto"/>
        <w:rPr>
          <w:b/>
          <w:bCs/>
          <w:sz w:val="17"/>
        </w:rPr>
      </w:pPr>
      <w:r w:rsidRPr="00F7789B">
        <w:rPr>
          <w:b/>
          <w:bCs/>
          <w:sz w:val="17"/>
        </w:rPr>
        <w:t xml:space="preserve">  * </w:t>
      </w:r>
    </w:p>
    <w:p w:rsidR="00202682" w:rsidRPr="00202682" w:rsidRDefault="001F21D6" w:rsidP="001F21D6">
      <w:pPr>
        <w:bidi/>
        <w:spacing w:after="0" w:line="204" w:lineRule="auto"/>
      </w:pPr>
      <w:r>
        <w:rPr>
          <w:rFonts w:hint="cs"/>
          <w:b/>
          <w:bCs/>
          <w:color w:val="17365D"/>
          <w:szCs w:val="20"/>
          <w:rtl/>
        </w:rPr>
        <w:t xml:space="preserve">          </w:t>
      </w:r>
      <w:bookmarkEnd w:id="0"/>
    </w:p>
    <w:sectPr w:rsidR="00202682" w:rsidRPr="00202682" w:rsidSect="00202682">
      <w:pgSz w:w="16834" w:h="11909" w:orient="landscape"/>
      <w:pgMar w:top="317" w:right="403" w:bottom="317" w:left="403" w:header="144" w:footer="14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F9D" w:rsidRDefault="002D0F9D">
      <w:pPr>
        <w:spacing w:after="0" w:line="240" w:lineRule="auto"/>
      </w:pPr>
      <w:r>
        <w:separator/>
      </w:r>
    </w:p>
  </w:endnote>
  <w:endnote w:type="continuationSeparator" w:id="1">
    <w:p w:rsidR="002D0F9D" w:rsidRDefault="002D0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F9D" w:rsidRDefault="002D0F9D">
      <w:pPr>
        <w:spacing w:after="0" w:line="240" w:lineRule="auto"/>
      </w:pPr>
      <w:r>
        <w:separator/>
      </w:r>
    </w:p>
  </w:footnote>
  <w:footnote w:type="continuationSeparator" w:id="1">
    <w:p w:rsidR="002D0F9D" w:rsidRDefault="002D0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52399"/>
    <w:rsid w:val="0006063C"/>
    <w:rsid w:val="00072DE3"/>
    <w:rsid w:val="0015074B"/>
    <w:rsid w:val="0015122B"/>
    <w:rsid w:val="001C592F"/>
    <w:rsid w:val="001F21D6"/>
    <w:rsid w:val="00202682"/>
    <w:rsid w:val="0029639D"/>
    <w:rsid w:val="002D0F9D"/>
    <w:rsid w:val="00326F90"/>
    <w:rsid w:val="0038401D"/>
    <w:rsid w:val="005D690C"/>
    <w:rsid w:val="00695501"/>
    <w:rsid w:val="006C74D4"/>
    <w:rsid w:val="007954D8"/>
    <w:rsid w:val="007B536F"/>
    <w:rsid w:val="007D13FC"/>
    <w:rsid w:val="008F79D7"/>
    <w:rsid w:val="00A46E98"/>
    <w:rsid w:val="00A570EF"/>
    <w:rsid w:val="00AA1D8D"/>
    <w:rsid w:val="00B47730"/>
    <w:rsid w:val="00B968FA"/>
    <w:rsid w:val="00BB595C"/>
    <w:rsid w:val="00C7098B"/>
    <w:rsid w:val="00CB0664"/>
    <w:rsid w:val="00CC2A86"/>
    <w:rsid w:val="00D45535"/>
    <w:rsid w:val="00DB6C97"/>
    <w:rsid w:val="00E21084"/>
    <w:rsid w:val="00F168C0"/>
    <w:rsid w:val="00F7789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 w:cs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سجل تقويم أداء الطالب</vt:lpstr>
    </vt:vector>
  </TitlesOfParts>
  <Manager/>
  <Company/>
  <LinksUpToDate>false</LinksUpToDate>
  <CharactersWithSpaces>989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تقويم أداء الطالب</dc:title>
  <dc:subject>سجل علامات وتقويم مستمر منسق</dc:subject>
  <dc:creator>LUBNA AL-RAHEEL</dc:creator>
  <cp:keywords>إعداد المشرف التربوي : لبنى الرحيل</cp:keywords>
  <dc:description>تم تحسين التنسيق والصياغة اللغوية والتربوية مع الحفاظ على بنية السجل ونسب التقويم الواردة في الأصل.</dc:description>
  <cp:lastModifiedBy>ALEAMN</cp:lastModifiedBy>
  <cp:revision>6</cp:revision>
  <dcterms:created xsi:type="dcterms:W3CDTF">2026-08-22T20:49:00Z</dcterms:created>
  <dcterms:modified xsi:type="dcterms:W3CDTF">2026-08-31T16:20:00Z</dcterms:modified>
  <cp:category/>
</cp:coreProperties>
</file>