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CDC0" w14:textId="69C8E6CE" w:rsidR="00A46E98" w:rsidRPr="001C592F" w:rsidRDefault="00A46E98" w:rsidP="00202682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</w:rPr>
      </w:pPr>
      <w:bookmarkStart w:id="0" w:name="_Hlk237897955"/>
    </w:p>
    <w:tbl>
      <w:tblPr>
        <w:bidiVisual/>
        <w:tblW w:w="0" w:type="auto"/>
        <w:jc w:val="center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2495"/>
        <w:gridCol w:w="726"/>
        <w:gridCol w:w="348"/>
        <w:gridCol w:w="1080"/>
        <w:gridCol w:w="1080"/>
        <w:gridCol w:w="1170"/>
        <w:gridCol w:w="282"/>
        <w:gridCol w:w="798"/>
        <w:gridCol w:w="990"/>
        <w:gridCol w:w="1080"/>
        <w:gridCol w:w="1080"/>
        <w:gridCol w:w="12"/>
        <w:gridCol w:w="978"/>
        <w:gridCol w:w="2982"/>
        <w:gridCol w:w="74"/>
      </w:tblGrid>
      <w:tr w:rsidR="00A46E98" w14:paraId="2E62FB03" w14:textId="77777777">
        <w:trPr>
          <w:gridAfter w:val="1"/>
          <w:wAfter w:w="74" w:type="dxa"/>
          <w:trHeight w:val="386"/>
          <w:jc w:val="center"/>
        </w:trPr>
        <w:tc>
          <w:tcPr>
            <w:tcW w:w="3960" w:type="dxa"/>
            <w:gridSpan w:val="3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53439DB" w14:textId="77777777"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المبحث:  ....................</w:t>
            </w:r>
          </w:p>
        </w:tc>
        <w:tc>
          <w:tcPr>
            <w:tcW w:w="3960" w:type="dxa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F9C712E" w14:textId="77777777"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الصف / الشعبة: ....................</w:t>
            </w:r>
          </w:p>
        </w:tc>
        <w:tc>
          <w:tcPr>
            <w:tcW w:w="3960" w:type="dxa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FAEDDC2" w14:textId="77777777"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الفصل الدراسي: الأول / الثاني</w:t>
            </w:r>
          </w:p>
        </w:tc>
        <w:tc>
          <w:tcPr>
            <w:tcW w:w="3960" w:type="dxa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27E3278" w14:textId="77777777"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العام الدراسي: 2026 / 2027</w:t>
            </w:r>
          </w:p>
        </w:tc>
      </w:tr>
      <w:tr w:rsidR="00A46E98" w14:paraId="1F78874A" w14:textId="77777777">
        <w:trPr>
          <w:gridAfter w:val="1"/>
          <w:wAfter w:w="74" w:type="dxa"/>
          <w:trHeight w:val="386"/>
          <w:jc w:val="center"/>
        </w:trPr>
        <w:tc>
          <w:tcPr>
            <w:tcW w:w="3960" w:type="dxa"/>
            <w:gridSpan w:val="3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6447EA1" w14:textId="77777777"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المعلم/ـة: ................................</w:t>
            </w:r>
          </w:p>
        </w:tc>
        <w:tc>
          <w:tcPr>
            <w:tcW w:w="3960" w:type="dxa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CBAA67B" w14:textId="77777777"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المشرف/ـة:</w:t>
            </w:r>
            <w:r w:rsidR="008F79D7">
              <w:rPr>
                <w:color w:val="1F1F1F"/>
                <w:sz w:val="17"/>
                <w:rtl/>
              </w:rPr>
              <w:t xml:space="preserve"> ................................</w:t>
            </w:r>
          </w:p>
        </w:tc>
        <w:tc>
          <w:tcPr>
            <w:tcW w:w="3960" w:type="dxa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F9174CF" w14:textId="77777777"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المدير/ـة: ................................</w:t>
            </w:r>
          </w:p>
        </w:tc>
        <w:tc>
          <w:tcPr>
            <w:tcW w:w="3960" w:type="dxa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A3ADE8C" w14:textId="77777777"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المرجع: المادة (4) من أسس</w:t>
            </w:r>
            <w:r w:rsidR="00202682">
              <w:rPr>
                <w:rFonts w:hint="cs"/>
                <w:color w:val="1F1F1F"/>
                <w:sz w:val="17"/>
                <w:rtl/>
              </w:rPr>
              <w:t xml:space="preserve"> النجاح والإكمال والرسوب</w:t>
            </w:r>
          </w:p>
        </w:tc>
      </w:tr>
      <w:tr w:rsidR="00BB595C" w14:paraId="3F10761A" w14:textId="77777777" w:rsidTr="00F7789B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87"/>
          <w:jc w:val="center"/>
        </w:trPr>
        <w:tc>
          <w:tcPr>
            <w:tcW w:w="739" w:type="dxa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6C5880C" w14:textId="72E09C06" w:rsidR="00BB595C" w:rsidRPr="00F7789B" w:rsidRDefault="00F7789B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</w:rPr>
              <w:t xml:space="preserve"> </w:t>
            </w:r>
            <w:r w:rsidR="00E21084" w:rsidRPr="00F7789B">
              <w:rPr>
                <w:b/>
                <w:color w:val="FFFFFF"/>
                <w:szCs w:val="20"/>
                <w:rtl/>
              </w:rPr>
              <w:t>الرقم</w:t>
            </w:r>
          </w:p>
        </w:tc>
        <w:tc>
          <w:tcPr>
            <w:tcW w:w="2495" w:type="dxa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3011B3C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اسم الطالب/ـة:</w:t>
            </w:r>
          </w:p>
        </w:tc>
        <w:tc>
          <w:tcPr>
            <w:tcW w:w="1074" w:type="dxa"/>
            <w:gridSpan w:val="2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C7EB5B3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التقويم الأول</w:t>
            </w:r>
            <w:r w:rsidRPr="00F7789B">
              <w:rPr>
                <w:b/>
                <w:color w:val="FFFFFF"/>
                <w:szCs w:val="20"/>
                <w:rtl/>
              </w:rPr>
              <w:br/>
              <w:t>(اختبار كتابي)</w:t>
            </w:r>
            <w:r w:rsidRPr="00F7789B">
              <w:rPr>
                <w:b/>
                <w:color w:val="FFFFFF"/>
                <w:szCs w:val="20"/>
                <w:rtl/>
              </w:rPr>
              <w:br/>
              <w:t>[30%]</w:t>
            </w:r>
          </w:p>
        </w:tc>
        <w:tc>
          <w:tcPr>
            <w:tcW w:w="6480" w:type="dxa"/>
            <w:gridSpan w:val="7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40D52E4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b/>
                <w:color w:val="FFFFFF"/>
                <w:sz w:val="14"/>
                <w:rtl/>
              </w:rPr>
              <w:t>التقويم الثاني: التقويم المستمر القائم على الأداء [30%]</w:t>
            </w:r>
          </w:p>
        </w:tc>
        <w:tc>
          <w:tcPr>
            <w:tcW w:w="1080" w:type="dxa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E31DDE1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التقويم النهائي</w:t>
            </w:r>
            <w:r w:rsidRPr="00F7789B">
              <w:rPr>
                <w:b/>
                <w:color w:val="FFFFFF"/>
                <w:szCs w:val="20"/>
                <w:rtl/>
              </w:rPr>
              <w:br/>
              <w:t>(اختبار نهاية الفصل)</w:t>
            </w:r>
            <w:r w:rsidRPr="00F7789B">
              <w:rPr>
                <w:b/>
                <w:color w:val="FFFFFF"/>
                <w:szCs w:val="20"/>
                <w:rtl/>
              </w:rPr>
              <w:br/>
              <w:t>[40%]</w:t>
            </w:r>
          </w:p>
        </w:tc>
        <w:tc>
          <w:tcPr>
            <w:tcW w:w="990" w:type="dxa"/>
            <w:gridSpan w:val="2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A19CD8A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المجموع النهائي</w:t>
            </w:r>
            <w:r w:rsidRPr="00F7789B">
              <w:rPr>
                <w:b/>
                <w:color w:val="FFFFFF"/>
                <w:szCs w:val="20"/>
                <w:rtl/>
              </w:rPr>
              <w:br/>
              <w:t>[100%]</w:t>
            </w:r>
          </w:p>
        </w:tc>
        <w:tc>
          <w:tcPr>
            <w:tcW w:w="3051" w:type="dxa"/>
            <w:gridSpan w:val="2"/>
            <w:vMerge w:val="restart"/>
            <w:shd w:val="clear" w:color="auto" w:fill="173F6B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AEF07F0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ملاحظات ونتائج</w:t>
            </w:r>
            <w:r w:rsidRPr="00F7789B">
              <w:rPr>
                <w:b/>
                <w:color w:val="FFFFFF"/>
                <w:szCs w:val="20"/>
                <w:rtl/>
              </w:rPr>
              <w:br/>
            </w:r>
            <w:bookmarkStart w:id="1" w:name="_Hlk238324602"/>
            <w:r w:rsidRPr="00F7789B">
              <w:rPr>
                <w:b/>
                <w:color w:val="FFFFFF"/>
                <w:szCs w:val="20"/>
                <w:rtl/>
              </w:rPr>
              <w:t>التقويم الواقعي</w:t>
            </w:r>
            <w:bookmarkEnd w:id="1"/>
          </w:p>
        </w:tc>
      </w:tr>
      <w:tr w:rsidR="0038401D" w14:paraId="21CCF18C" w14:textId="77777777" w:rsidTr="00F7789B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549"/>
          <w:jc w:val="center"/>
        </w:trPr>
        <w:tc>
          <w:tcPr>
            <w:tcW w:w="739" w:type="dxa"/>
            <w:vMerge/>
          </w:tcPr>
          <w:p w14:paraId="758F9D48" w14:textId="77777777" w:rsidR="00BB595C" w:rsidRDefault="00BB595C"/>
        </w:tc>
        <w:tc>
          <w:tcPr>
            <w:tcW w:w="2495" w:type="dxa"/>
            <w:vMerge/>
          </w:tcPr>
          <w:p w14:paraId="2191CB32" w14:textId="77777777" w:rsidR="00BB595C" w:rsidRDefault="00BB595C"/>
        </w:tc>
        <w:tc>
          <w:tcPr>
            <w:tcW w:w="1074" w:type="dxa"/>
            <w:gridSpan w:val="2"/>
            <w:vMerge/>
          </w:tcPr>
          <w:p w14:paraId="712CF056" w14:textId="77777777" w:rsidR="00BB595C" w:rsidRDefault="00BB595C"/>
        </w:tc>
        <w:tc>
          <w:tcPr>
            <w:tcW w:w="108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40D15C4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اختبارات قصيرة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08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508EA3A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تفعيل كتاب الأنشطة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17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0E8DBC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تسليم الواجب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080" w:type="dxa"/>
            <w:gridSpan w:val="2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36036E5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 w:val="18"/>
                <w:szCs w:val="18"/>
              </w:rPr>
            </w:pPr>
            <w:r w:rsidRPr="00F7789B">
              <w:rPr>
                <w:b/>
                <w:color w:val="FFFFFF"/>
                <w:sz w:val="18"/>
                <w:szCs w:val="18"/>
                <w:rtl/>
              </w:rPr>
              <w:t>المشاركة الفاعلة داخل الحصة</w:t>
            </w:r>
            <w:r w:rsidRPr="00F7789B">
              <w:rPr>
                <w:b/>
                <w:color w:val="FFFFFF"/>
                <w:sz w:val="18"/>
                <w:szCs w:val="18"/>
                <w:rtl/>
              </w:rPr>
              <w:br/>
              <w:t>/5</w:t>
            </w:r>
          </w:p>
        </w:tc>
        <w:tc>
          <w:tcPr>
            <w:tcW w:w="99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D26C19D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الالتزام واحترام النظام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080" w:type="dxa"/>
            <w:shd w:val="clear" w:color="auto" w:fill="3D68A5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2DE7662" w14:textId="77777777" w:rsidR="00BB595C" w:rsidRPr="00F7789B" w:rsidRDefault="00E21084">
            <w:pPr>
              <w:bidi/>
              <w:spacing w:after="0" w:line="221" w:lineRule="auto"/>
              <w:jc w:val="center"/>
              <w:rPr>
                <w:szCs w:val="20"/>
              </w:rPr>
            </w:pPr>
            <w:r w:rsidRPr="00F7789B">
              <w:rPr>
                <w:b/>
                <w:color w:val="FFFFFF"/>
                <w:szCs w:val="20"/>
                <w:rtl/>
              </w:rPr>
              <w:t>الجانب العملي</w:t>
            </w:r>
            <w:r w:rsidRPr="00F7789B">
              <w:rPr>
                <w:b/>
                <w:color w:val="FFFFFF"/>
                <w:szCs w:val="20"/>
                <w:rtl/>
              </w:rPr>
              <w:br/>
              <w:t>/5</w:t>
            </w:r>
          </w:p>
        </w:tc>
        <w:tc>
          <w:tcPr>
            <w:tcW w:w="1080" w:type="dxa"/>
            <w:vMerge/>
          </w:tcPr>
          <w:p w14:paraId="7B7058FA" w14:textId="77777777" w:rsidR="00BB595C" w:rsidRDefault="00BB595C"/>
        </w:tc>
        <w:tc>
          <w:tcPr>
            <w:tcW w:w="990" w:type="dxa"/>
            <w:gridSpan w:val="2"/>
            <w:vMerge/>
          </w:tcPr>
          <w:p w14:paraId="201264AF" w14:textId="77777777" w:rsidR="00BB595C" w:rsidRDefault="00BB595C"/>
        </w:tc>
        <w:tc>
          <w:tcPr>
            <w:tcW w:w="3051" w:type="dxa"/>
            <w:gridSpan w:val="2"/>
            <w:vMerge/>
          </w:tcPr>
          <w:p w14:paraId="7CAD5CC5" w14:textId="77777777" w:rsidR="00BB595C" w:rsidRDefault="00BB595C"/>
        </w:tc>
      </w:tr>
      <w:tr w:rsidR="0038401D" w14:paraId="32F5A07F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E5B44A0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E6493E1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389EBD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D296D6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957ABA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3617406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CACC6C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B5357E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760F47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D8E689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B505FD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57ACC1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5A259299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41AFCCF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2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A614E6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20A21B5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9BBF77E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B12755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E2C58E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65B8F01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189E13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192029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97A9EF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0306AF4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C83DF9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2A602D92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E75E340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3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B9C0F21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CFD28A5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70D42F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2CEF5D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8BA197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66FB455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666135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501EBF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5C65560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4C5F3E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92ACF50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5D86C4D9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6C0F708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4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3D1C23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11405A1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828C8E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FB12B54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AD7F95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A84CDC0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3D62E7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AC184D6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D11FE60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65893A6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F251AE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70CC70E9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63A8F01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5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F8CC87E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6F46D4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A111F06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DE0080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6A13FD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31A537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401304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CA62680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D1FEF5E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D2EAE2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DC198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1B555C1C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E149A2C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6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76B69D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EC75D0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149ABA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4B80D6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59A50A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C16133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5EC871E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E0844B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E4110D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131268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5A0226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0D38FCB3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4BB4DC1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7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0A2A5B4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ABBB3E5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DF1394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A30020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ECADC8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77BD96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550FA06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E948056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20C3A0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A1A459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CED0DD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6145B8DE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E4321B6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8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071364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3C48F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DC7F94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BB318E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0CFE09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1E7C60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3A4540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3882D0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CFF191C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173462E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E5801B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0E88960A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AD2071F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9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6680E5E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0FC31C0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60D412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588798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FAB61D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CD59CF1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9F2C4F6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17ACB2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ECFD94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6CF514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A6E24D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793CE7EA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8F0C51E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10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7C6CE51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0E5B8A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7EA374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F57CA15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5F043F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D6B7D3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FAFB32C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279732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842922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CEDC1D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832A04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0BFFBF6A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099E775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11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B513944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60E9D4E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9B56445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ED487F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A7164A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B2F248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A99EC7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E10A64E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FC8F6D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BB1B321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B31AE7E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1837AA17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D5EFC5A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12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0040765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59CB3E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7ADF19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71A1DCC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FF6032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BE5077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C5BBDC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68BCCC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C3B367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6A58D6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82FAE1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31D39E0C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A84EB21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13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83D225C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C5C074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190F3AF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0E14AD4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E008114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464C2D8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893A59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343A85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59E8E7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ECD2CA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037A57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577F9ADE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E6307B4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14</w:t>
            </w:r>
          </w:p>
        </w:tc>
        <w:tc>
          <w:tcPr>
            <w:tcW w:w="2495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82B59F5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226F67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BCA846D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3474F3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1B605E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F0D7FD4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3EDCD1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4E203D5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DB9F4B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1EE17B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6110F2B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  <w:tr w:rsidR="0038401D" w14:paraId="5BC89E1D" w14:textId="77777777" w:rsidTr="0038401D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53"/>
          <w:jc w:val="center"/>
        </w:trPr>
        <w:tc>
          <w:tcPr>
            <w:tcW w:w="739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56523F8" w14:textId="77777777" w:rsidR="00BB595C" w:rsidRDefault="00E21084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15</w:t>
            </w:r>
          </w:p>
        </w:tc>
        <w:tc>
          <w:tcPr>
            <w:tcW w:w="2495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421BB76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74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D21539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290AAC3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2F3CBB0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17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DD9F867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E1B5C9C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ABCBAAC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551FE7A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59C4552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990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71C1AB4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  <w:tc>
          <w:tcPr>
            <w:tcW w:w="3051" w:type="dxa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1C3942E9" w14:textId="77777777" w:rsidR="00BB595C" w:rsidRDefault="00BB595C">
            <w:pPr>
              <w:bidi/>
              <w:spacing w:after="0" w:line="221" w:lineRule="auto"/>
              <w:jc w:val="center"/>
            </w:pPr>
          </w:p>
        </w:tc>
      </w:tr>
    </w:tbl>
    <w:p w14:paraId="20D7BC45" w14:textId="77777777" w:rsidR="007954D8" w:rsidRDefault="00F7789B" w:rsidP="00F7789B">
      <w:pPr>
        <w:bidi/>
        <w:spacing w:after="0" w:line="204" w:lineRule="auto"/>
        <w:rPr>
          <w:b/>
          <w:bCs/>
          <w:sz w:val="17"/>
        </w:rPr>
      </w:pPr>
      <w:r w:rsidRPr="00F7789B">
        <w:rPr>
          <w:b/>
          <w:bCs/>
          <w:sz w:val="17"/>
        </w:rPr>
        <w:t xml:space="preserve">  * </w:t>
      </w:r>
    </w:p>
    <w:p w14:paraId="0EC4F778" w14:textId="09A68C9E" w:rsidR="00A46E98" w:rsidRPr="007954D8" w:rsidRDefault="00E21084" w:rsidP="007954D8">
      <w:pPr>
        <w:bidi/>
        <w:spacing w:after="0" w:line="204" w:lineRule="auto"/>
        <w:rPr>
          <w:b/>
          <w:bCs/>
          <w:szCs w:val="20"/>
        </w:rPr>
      </w:pPr>
      <w:r>
        <w:rPr>
          <w:b/>
          <w:bCs/>
          <w:sz w:val="17"/>
        </w:rPr>
        <w:t xml:space="preserve">    </w:t>
      </w:r>
      <w:r w:rsidR="00F7789B" w:rsidRPr="00F7789B">
        <w:rPr>
          <w:b/>
          <w:bCs/>
          <w:sz w:val="17"/>
        </w:rPr>
        <w:t xml:space="preserve">     </w:t>
      </w:r>
      <w:r w:rsidR="007D13FC" w:rsidRPr="007954D8">
        <w:rPr>
          <w:b/>
          <w:bCs/>
          <w:color w:val="17365D"/>
          <w:szCs w:val="20"/>
          <w:rtl/>
        </w:rPr>
        <w:t>وفق أحكام المادة (4) من أسس النجاح والإكمال والرسوب:</w:t>
      </w:r>
    </w:p>
    <w:p w14:paraId="35567C6E" w14:textId="77777777" w:rsidR="00A46E98" w:rsidRPr="007954D8" w:rsidRDefault="007D13FC" w:rsidP="001C592F">
      <w:pPr>
        <w:bidi/>
        <w:spacing w:after="0" w:line="204" w:lineRule="auto"/>
        <w:ind w:left="288"/>
        <w:rPr>
          <w:b/>
          <w:bCs/>
          <w:sz w:val="18"/>
          <w:szCs w:val="18"/>
        </w:rPr>
      </w:pPr>
      <w:r w:rsidRPr="007954D8">
        <w:rPr>
          <w:b/>
          <w:bCs/>
          <w:color w:val="1F1F1F"/>
          <w:sz w:val="18"/>
          <w:szCs w:val="18"/>
          <w:rtl/>
        </w:rPr>
        <w:t xml:space="preserve">• التقويم الأول </w:t>
      </w:r>
      <w:bookmarkStart w:id="2" w:name="_Hlk238325495"/>
      <w:r w:rsidRPr="007954D8">
        <w:rPr>
          <w:b/>
          <w:bCs/>
          <w:color w:val="1F1F1F"/>
          <w:sz w:val="18"/>
          <w:szCs w:val="18"/>
          <w:rtl/>
        </w:rPr>
        <w:t>(30%</w:t>
      </w:r>
      <w:bookmarkStart w:id="3" w:name="_Hlk238325573"/>
      <w:r w:rsidRPr="007954D8">
        <w:rPr>
          <w:b/>
          <w:bCs/>
          <w:color w:val="1F1F1F"/>
          <w:sz w:val="18"/>
          <w:szCs w:val="18"/>
          <w:rtl/>
        </w:rPr>
        <w:t>)</w:t>
      </w:r>
      <w:bookmarkEnd w:id="3"/>
      <w:r w:rsidRPr="007954D8">
        <w:rPr>
          <w:b/>
          <w:bCs/>
          <w:color w:val="1F1F1F"/>
          <w:sz w:val="18"/>
          <w:szCs w:val="18"/>
          <w:rtl/>
        </w:rPr>
        <w:t xml:space="preserve">: </w:t>
      </w:r>
      <w:bookmarkEnd w:id="2"/>
      <w:r w:rsidRPr="007954D8">
        <w:rPr>
          <w:b/>
          <w:bCs/>
          <w:color w:val="1F1F1F"/>
          <w:sz w:val="18"/>
          <w:szCs w:val="18"/>
          <w:rtl/>
        </w:rPr>
        <w:t>اختبار كتابي يُعقد بعد مرور شهرين من بدء الفصل الدراسي.</w:t>
      </w:r>
    </w:p>
    <w:p w14:paraId="51F04686" w14:textId="392196AD" w:rsidR="00A46E98" w:rsidRPr="007954D8" w:rsidRDefault="007954D8" w:rsidP="001C592F">
      <w:pPr>
        <w:bidi/>
        <w:spacing w:after="20" w:line="240" w:lineRule="auto"/>
        <w:ind w:left="28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التقويم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الثاني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r w:rsidRPr="007954D8">
        <w:rPr>
          <w:b/>
          <w:bCs/>
          <w:color w:val="1F1F1F"/>
          <w:sz w:val="18"/>
          <w:szCs w:val="18"/>
          <w:rtl/>
        </w:rPr>
        <w:t xml:space="preserve">(30%): </w:t>
      </w:r>
      <w:proofErr w:type="spellStart"/>
      <w:r w:rsidR="007D13FC" w:rsidRPr="007954D8">
        <w:rPr>
          <w:b/>
          <w:bCs/>
          <w:sz w:val="18"/>
          <w:szCs w:val="18"/>
        </w:rPr>
        <w:t>تقويم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مستمر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قائم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على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الأداء</w:t>
      </w:r>
      <w:proofErr w:type="spellEnd"/>
      <w:r w:rsidR="007D13FC" w:rsidRPr="007954D8">
        <w:rPr>
          <w:b/>
          <w:bCs/>
          <w:sz w:val="18"/>
          <w:szCs w:val="18"/>
        </w:rPr>
        <w:t xml:space="preserve">، </w:t>
      </w:r>
      <w:proofErr w:type="spellStart"/>
      <w:r w:rsidR="007D13FC" w:rsidRPr="007954D8">
        <w:rPr>
          <w:b/>
          <w:bCs/>
          <w:sz w:val="18"/>
          <w:szCs w:val="18"/>
        </w:rPr>
        <w:t>ويتوزع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بالتساوي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على</w:t>
      </w:r>
      <w:proofErr w:type="spellEnd"/>
      <w:r w:rsidR="007D13FC" w:rsidRPr="007954D8">
        <w:rPr>
          <w:b/>
          <w:bCs/>
          <w:sz w:val="18"/>
          <w:szCs w:val="18"/>
        </w:rPr>
        <w:t xml:space="preserve">: </w:t>
      </w:r>
      <w:proofErr w:type="spellStart"/>
      <w:r w:rsidR="007D13FC" w:rsidRPr="007954D8">
        <w:rPr>
          <w:b/>
          <w:bCs/>
          <w:sz w:val="18"/>
          <w:szCs w:val="18"/>
        </w:rPr>
        <w:t>اختبارات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قصيرة</w:t>
      </w:r>
      <w:proofErr w:type="spellEnd"/>
      <w:r w:rsidR="007D13FC" w:rsidRPr="007954D8">
        <w:rPr>
          <w:b/>
          <w:bCs/>
          <w:sz w:val="18"/>
          <w:szCs w:val="18"/>
        </w:rPr>
        <w:t xml:space="preserve"> ، </w:t>
      </w:r>
      <w:proofErr w:type="spellStart"/>
      <w:r w:rsidR="007D13FC" w:rsidRPr="007954D8">
        <w:rPr>
          <w:b/>
          <w:bCs/>
          <w:sz w:val="18"/>
          <w:szCs w:val="18"/>
        </w:rPr>
        <w:t>تفعيل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كتاب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الأنشطة</w:t>
      </w:r>
      <w:proofErr w:type="spellEnd"/>
      <w:r w:rsidR="00E21084">
        <w:rPr>
          <w:b/>
          <w:bCs/>
          <w:sz w:val="18"/>
          <w:szCs w:val="18"/>
        </w:rPr>
        <w:t xml:space="preserve"> </w:t>
      </w:r>
      <w:r w:rsidR="007D13FC" w:rsidRPr="007954D8">
        <w:rPr>
          <w:b/>
          <w:bCs/>
          <w:sz w:val="18"/>
          <w:szCs w:val="18"/>
        </w:rPr>
        <w:t xml:space="preserve">، </w:t>
      </w:r>
      <w:proofErr w:type="spellStart"/>
      <w:r w:rsidR="007D13FC" w:rsidRPr="007954D8">
        <w:rPr>
          <w:b/>
          <w:bCs/>
          <w:sz w:val="18"/>
          <w:szCs w:val="18"/>
        </w:rPr>
        <w:t>تسليم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الواجب</w:t>
      </w:r>
      <w:proofErr w:type="spellEnd"/>
      <w:r w:rsidR="007D13FC" w:rsidRPr="007954D8">
        <w:rPr>
          <w:b/>
          <w:bCs/>
          <w:sz w:val="18"/>
          <w:szCs w:val="18"/>
        </w:rPr>
        <w:t xml:space="preserve"> ، </w:t>
      </w:r>
      <w:proofErr w:type="spellStart"/>
      <w:r w:rsidR="007D13FC" w:rsidRPr="007954D8">
        <w:rPr>
          <w:b/>
          <w:bCs/>
          <w:sz w:val="18"/>
          <w:szCs w:val="18"/>
        </w:rPr>
        <w:t>المشاركة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الفاعلة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داخل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الحصة</w:t>
      </w:r>
      <w:proofErr w:type="spellEnd"/>
      <w:r w:rsidR="007D13FC" w:rsidRPr="007954D8">
        <w:rPr>
          <w:b/>
          <w:bCs/>
          <w:sz w:val="18"/>
          <w:szCs w:val="18"/>
        </w:rPr>
        <w:t xml:space="preserve"> ، </w:t>
      </w:r>
      <w:proofErr w:type="spellStart"/>
      <w:r w:rsidR="007D13FC" w:rsidRPr="007954D8">
        <w:rPr>
          <w:b/>
          <w:bCs/>
          <w:sz w:val="18"/>
          <w:szCs w:val="18"/>
        </w:rPr>
        <w:t>الالتزام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واحترام</w:t>
      </w:r>
      <w:proofErr w:type="spell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proofErr w:type="gramStart"/>
      <w:r w:rsidR="007D13FC" w:rsidRPr="007954D8">
        <w:rPr>
          <w:b/>
          <w:bCs/>
          <w:sz w:val="18"/>
          <w:szCs w:val="18"/>
        </w:rPr>
        <w:t>النظام</w:t>
      </w:r>
      <w:proofErr w:type="spellEnd"/>
      <w:r w:rsidR="007D13FC" w:rsidRPr="007954D8">
        <w:rPr>
          <w:b/>
          <w:bCs/>
          <w:sz w:val="18"/>
          <w:szCs w:val="18"/>
        </w:rPr>
        <w:t xml:space="preserve">  </w:t>
      </w:r>
      <w:proofErr w:type="spellStart"/>
      <w:r w:rsidR="007D13FC" w:rsidRPr="007954D8">
        <w:rPr>
          <w:b/>
          <w:bCs/>
          <w:sz w:val="18"/>
          <w:szCs w:val="18"/>
        </w:rPr>
        <w:t>والجانب</w:t>
      </w:r>
      <w:proofErr w:type="spellEnd"/>
      <w:proofErr w:type="gramEnd"/>
      <w:r w:rsidR="007D13FC" w:rsidRPr="007954D8">
        <w:rPr>
          <w:b/>
          <w:bCs/>
          <w:sz w:val="18"/>
          <w:szCs w:val="18"/>
        </w:rPr>
        <w:t xml:space="preserve"> </w:t>
      </w:r>
      <w:proofErr w:type="spellStart"/>
      <w:r w:rsidR="007D13FC" w:rsidRPr="007954D8">
        <w:rPr>
          <w:b/>
          <w:bCs/>
          <w:sz w:val="18"/>
          <w:szCs w:val="18"/>
        </w:rPr>
        <w:t>العملي</w:t>
      </w:r>
      <w:proofErr w:type="spellEnd"/>
      <w:r w:rsidR="007D13FC" w:rsidRPr="007954D8">
        <w:rPr>
          <w:b/>
          <w:bCs/>
          <w:sz w:val="18"/>
          <w:szCs w:val="18"/>
        </w:rPr>
        <w:t>)</w:t>
      </w:r>
      <w:r w:rsidR="00E21084" w:rsidRPr="00E21084">
        <w:rPr>
          <w:b/>
          <w:bCs/>
          <w:color w:val="1F1F1F"/>
          <w:sz w:val="18"/>
          <w:szCs w:val="18"/>
          <w:rtl/>
        </w:rPr>
        <w:t xml:space="preserve"> </w:t>
      </w:r>
      <w:r w:rsidR="00E21084" w:rsidRPr="007954D8">
        <w:rPr>
          <w:b/>
          <w:bCs/>
          <w:color w:val="1F1F1F"/>
          <w:sz w:val="18"/>
          <w:szCs w:val="18"/>
          <w:rtl/>
        </w:rPr>
        <w:t>.</w:t>
      </w:r>
    </w:p>
    <w:p w14:paraId="20C60B4F" w14:textId="77777777" w:rsidR="00E21084" w:rsidRDefault="007D13FC" w:rsidP="007954D8">
      <w:pPr>
        <w:bidi/>
        <w:spacing w:after="20" w:line="240" w:lineRule="auto"/>
        <w:ind w:left="288"/>
        <w:rPr>
          <w:b/>
          <w:bCs/>
          <w:color w:val="1F1F1F"/>
          <w:sz w:val="18"/>
          <w:szCs w:val="18"/>
        </w:rPr>
      </w:pPr>
      <w:r w:rsidRPr="007954D8">
        <w:rPr>
          <w:b/>
          <w:bCs/>
          <w:color w:val="1F1F1F"/>
          <w:sz w:val="18"/>
          <w:szCs w:val="18"/>
          <w:rtl/>
        </w:rPr>
        <w:t>• التقويم النهائي (40%): اختبار كتابي يُعقد في نهاية الفصل الدراسي.</w:t>
      </w:r>
    </w:p>
    <w:p w14:paraId="43BC42CC" w14:textId="724A204C" w:rsidR="00A46E98" w:rsidRPr="007954D8" w:rsidRDefault="007D13FC" w:rsidP="00E21084">
      <w:pPr>
        <w:bidi/>
        <w:spacing w:after="20" w:line="240" w:lineRule="auto"/>
        <w:ind w:left="288"/>
        <w:rPr>
          <w:b/>
          <w:bCs/>
          <w:sz w:val="18"/>
          <w:szCs w:val="18"/>
        </w:rPr>
      </w:pPr>
      <w:r w:rsidRPr="007954D8">
        <w:rPr>
          <w:b/>
          <w:bCs/>
          <w:color w:val="1F1F1F"/>
          <w:sz w:val="18"/>
          <w:szCs w:val="18"/>
          <w:rtl/>
        </w:rPr>
        <w:t>• السجل الخاص: يحتفظ المعلم بهذا السجل للرجوع إليه من قبل الإدارة والإشراف التربوي، ويُدوّن فيه ملاحظاته، وأدلة التقويم الواقعي، وتحليل النتائج؛ بما يسهم في الارتقاء بمستوى تعلّم الطلبة</w:t>
      </w:r>
      <w:bookmarkStart w:id="4" w:name="_Hlk238325721"/>
      <w:r w:rsidRPr="007954D8">
        <w:rPr>
          <w:b/>
          <w:bCs/>
          <w:color w:val="1F1F1F"/>
          <w:sz w:val="18"/>
          <w:szCs w:val="18"/>
          <w:rtl/>
        </w:rPr>
        <w:t>.</w:t>
      </w:r>
      <w:bookmarkEnd w:id="4"/>
    </w:p>
    <w:tbl>
      <w:tblPr>
        <w:bidiVisual/>
        <w:tblW w:w="0" w:type="auto"/>
        <w:jc w:val="center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5220"/>
        <w:gridCol w:w="5220"/>
      </w:tblGrid>
      <w:tr w:rsidR="00A46E98" w14:paraId="420C9636" w14:textId="77777777" w:rsidTr="007954D8">
        <w:trPr>
          <w:trHeight w:val="167"/>
          <w:jc w:val="center"/>
        </w:trPr>
        <w:tc>
          <w:tcPr>
            <w:tcW w:w="522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4F7F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85B67C0" w14:textId="77777777" w:rsidR="00CC2A86" w:rsidRPr="007954D8" w:rsidRDefault="006C74D4" w:rsidP="007954D8">
            <w:pPr>
              <w:bidi/>
              <w:spacing w:after="0" w:line="221" w:lineRule="auto"/>
              <w:jc w:val="center"/>
              <w:rPr>
                <w:bCs/>
              </w:rPr>
            </w:pPr>
            <w:r w:rsidRPr="007954D8">
              <w:rPr>
                <w:bCs/>
                <w:color w:val="17365D"/>
                <w:sz w:val="17"/>
                <w:rtl/>
              </w:rPr>
              <w:t>توقيع المعلم/ـة:</w:t>
            </w:r>
            <w:r w:rsidRPr="007954D8">
              <w:rPr>
                <w:bCs/>
                <w:color w:val="17365D"/>
                <w:sz w:val="17"/>
                <w:rtl/>
              </w:rPr>
              <w:br/>
              <w:t>............................</w:t>
            </w:r>
          </w:p>
        </w:tc>
        <w:tc>
          <w:tcPr>
            <w:tcW w:w="522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4F7F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5A7E9D8" w14:textId="77777777" w:rsidR="00CC2A86" w:rsidRPr="007954D8" w:rsidRDefault="006C74D4" w:rsidP="007954D8">
            <w:pPr>
              <w:bidi/>
              <w:spacing w:after="0" w:line="221" w:lineRule="auto"/>
              <w:jc w:val="center"/>
              <w:rPr>
                <w:bCs/>
              </w:rPr>
            </w:pPr>
            <w:r w:rsidRPr="007954D8">
              <w:rPr>
                <w:bCs/>
                <w:color w:val="17365D"/>
                <w:sz w:val="17"/>
                <w:rtl/>
              </w:rPr>
              <w:t>متابعة مدير/ـة المدرسة:</w:t>
            </w:r>
            <w:r w:rsidRPr="007954D8">
              <w:rPr>
                <w:bCs/>
                <w:color w:val="17365D"/>
                <w:sz w:val="17"/>
                <w:rtl/>
              </w:rPr>
              <w:br/>
              <w:t>............................</w:t>
            </w:r>
          </w:p>
        </w:tc>
        <w:tc>
          <w:tcPr>
            <w:tcW w:w="5220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4F7FA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5C2ED0B" w14:textId="77777777" w:rsidR="00CC2A86" w:rsidRPr="007954D8" w:rsidRDefault="006C74D4" w:rsidP="007954D8">
            <w:pPr>
              <w:bidi/>
              <w:spacing w:after="0" w:line="221" w:lineRule="auto"/>
              <w:jc w:val="center"/>
              <w:rPr>
                <w:bCs/>
              </w:rPr>
            </w:pPr>
            <w:r w:rsidRPr="007954D8">
              <w:rPr>
                <w:bCs/>
                <w:color w:val="17365D"/>
                <w:sz w:val="17"/>
                <w:rtl/>
              </w:rPr>
              <w:t>اعتماد المشرف/ـة التربوي/ـة:</w:t>
            </w:r>
            <w:r w:rsidRPr="007954D8">
              <w:rPr>
                <w:bCs/>
                <w:color w:val="17365D"/>
                <w:sz w:val="17"/>
                <w:rtl/>
              </w:rPr>
              <w:br/>
              <w:t>............................</w:t>
            </w:r>
          </w:p>
        </w:tc>
      </w:tr>
      <w:bookmarkEnd w:id="0"/>
    </w:tbl>
    <w:p w14:paraId="209810BA" w14:textId="08FCDB88" w:rsidR="00202682" w:rsidRPr="00202682" w:rsidRDefault="00202682" w:rsidP="00E21084">
      <w:pPr>
        <w:tabs>
          <w:tab w:val="left" w:pos="10216"/>
        </w:tabs>
        <w:bidi/>
        <w:spacing w:after="20" w:line="240" w:lineRule="auto"/>
      </w:pPr>
    </w:p>
    <w:sectPr w:rsidR="00202682" w:rsidRPr="00202682" w:rsidSect="00202682">
      <w:headerReference w:type="default" r:id="rId8"/>
      <w:pgSz w:w="16834" w:h="11909" w:orient="landscape"/>
      <w:pgMar w:top="317" w:right="403" w:bottom="317" w:left="403" w:header="144" w:footer="144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FCB64" w14:textId="77777777" w:rsidR="006C74D4" w:rsidRDefault="006C74D4">
      <w:pPr>
        <w:spacing w:after="0" w:line="240" w:lineRule="auto"/>
      </w:pPr>
      <w:r>
        <w:separator/>
      </w:r>
    </w:p>
  </w:endnote>
  <w:endnote w:type="continuationSeparator" w:id="0">
    <w:p w14:paraId="4FD570B5" w14:textId="77777777" w:rsidR="006C74D4" w:rsidRDefault="006C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70D6" w14:textId="77777777" w:rsidR="006C74D4" w:rsidRDefault="006C74D4">
      <w:pPr>
        <w:spacing w:after="0" w:line="240" w:lineRule="auto"/>
      </w:pPr>
      <w:r>
        <w:separator/>
      </w:r>
    </w:p>
  </w:footnote>
  <w:footnote w:type="continuationSeparator" w:id="0">
    <w:p w14:paraId="7148492D" w14:textId="77777777" w:rsidR="006C74D4" w:rsidRDefault="006C7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39C88" w14:textId="3C6CF4CA" w:rsidR="007954D8" w:rsidRPr="007954D8" w:rsidRDefault="007954D8" w:rsidP="007954D8">
    <w:pPr>
      <w:pStyle w:val="Header"/>
      <w:jc w:val="center"/>
      <w:rPr>
        <w:bCs/>
      </w:rPr>
    </w:pPr>
    <w:r w:rsidRPr="007954D8">
      <w:rPr>
        <w:bCs/>
        <w:color w:val="17365D"/>
        <w:sz w:val="24"/>
        <w:szCs w:val="24"/>
        <w:rtl/>
      </w:rPr>
      <w:t>سجل تقويم أداء الطالب (سجل العلامات الجانبي / التقويم المستمر)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6143792">
    <w:abstractNumId w:val="8"/>
  </w:num>
  <w:num w:numId="2" w16cid:durableId="2045016491">
    <w:abstractNumId w:val="6"/>
  </w:num>
  <w:num w:numId="3" w16cid:durableId="2062903698">
    <w:abstractNumId w:val="5"/>
  </w:num>
  <w:num w:numId="4" w16cid:durableId="126709366">
    <w:abstractNumId w:val="4"/>
  </w:num>
  <w:num w:numId="5" w16cid:durableId="1768034725">
    <w:abstractNumId w:val="7"/>
  </w:num>
  <w:num w:numId="6" w16cid:durableId="424156221">
    <w:abstractNumId w:val="3"/>
  </w:num>
  <w:num w:numId="7" w16cid:durableId="786584521">
    <w:abstractNumId w:val="2"/>
  </w:num>
  <w:num w:numId="8" w16cid:durableId="1182161811">
    <w:abstractNumId w:val="1"/>
  </w:num>
  <w:num w:numId="9" w16cid:durableId="152300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122B"/>
    <w:rsid w:val="001C592F"/>
    <w:rsid w:val="00202682"/>
    <w:rsid w:val="0029639D"/>
    <w:rsid w:val="00326F90"/>
    <w:rsid w:val="0038401D"/>
    <w:rsid w:val="00695501"/>
    <w:rsid w:val="006C74D4"/>
    <w:rsid w:val="007954D8"/>
    <w:rsid w:val="007B536F"/>
    <w:rsid w:val="007D13FC"/>
    <w:rsid w:val="008F79D7"/>
    <w:rsid w:val="00A46E98"/>
    <w:rsid w:val="00AA1D8D"/>
    <w:rsid w:val="00B47730"/>
    <w:rsid w:val="00BB595C"/>
    <w:rsid w:val="00C7098B"/>
    <w:rsid w:val="00CB0664"/>
    <w:rsid w:val="00CC2A86"/>
    <w:rsid w:val="00D45535"/>
    <w:rsid w:val="00DB6C97"/>
    <w:rsid w:val="00E21084"/>
    <w:rsid w:val="00F778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AD6EEC"/>
  <w14:defaultImageDpi w14:val="300"/>
  <w15:docId w15:val="{D8E26381-E51E-2C45-872E-949578C9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سجل تقويم أداء الطالب</vt:lpstr>
    </vt:vector>
  </TitlesOfParts>
  <Manager/>
  <Company/>
  <LinksUpToDate>false</LinksUpToDate>
  <CharactersWithSpaces>1641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تقويم أداء الطالب</dc:title>
  <dc:subject>سجل علامات وتقويم مستمر منسق</dc:subject>
  <dc:creator>LUBNA AL-RAHEEL</dc:creator>
  <cp:keywords>إعداد المشرف التربوي : لبنى الرحيل</cp:keywords>
  <dc:description>تم تحسين التنسيق والصياغة اللغوية والتربوية مع الحفاظ على بنية السجل ونسب التقويم الواردة في الأصل.</dc:description>
  <cp:lastModifiedBy>Lubna Alraheel</cp:lastModifiedBy>
  <cp:revision>2</cp:revision>
  <dcterms:created xsi:type="dcterms:W3CDTF">2026-08-22T18:23:00Z</dcterms:created>
  <dcterms:modified xsi:type="dcterms:W3CDTF">2026-08-22T18:23:00Z</dcterms:modified>
  <cp:category/>
</cp:coreProperties>
</file>